
<file path=[Content_Types].xml><?xml version="1.0" encoding="utf-8"?>
<Types xmlns="http://schemas.openxmlformats.org/package/2006/content-types"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AF5" w:rsidRPr="009A443D" w:rsidRDefault="004F6FE9" w:rsidP="009A443D">
      <w:pPr>
        <w:spacing w:after="0" w:line="360" w:lineRule="auto"/>
        <w:jc w:val="right"/>
        <w:rPr>
          <w:color w:val="auto"/>
        </w:rPr>
      </w:pPr>
      <w:r>
        <w:rPr>
          <w:color w:val="auto"/>
        </w:rPr>
        <w:t>Załącznik nr 2 do Zapytania ofertowego</w:t>
      </w:r>
    </w:p>
    <w:p w:rsidR="00A42AF5" w:rsidRPr="009A443D" w:rsidRDefault="009A443D" w:rsidP="009A443D">
      <w:pPr>
        <w:keepNext/>
        <w:spacing w:after="0" w:line="360" w:lineRule="auto"/>
        <w:jc w:val="center"/>
        <w:rPr>
          <w:smallCaps/>
          <w:color w:val="auto"/>
          <w:sz w:val="30"/>
          <w:szCs w:val="24"/>
        </w:rPr>
      </w:pPr>
      <w:r>
        <w:rPr>
          <w:b/>
          <w:smallCaps/>
          <w:color w:val="auto"/>
          <w:sz w:val="30"/>
          <w:szCs w:val="24"/>
        </w:rPr>
        <w:t>Formularz ofertowy</w:t>
      </w:r>
    </w:p>
    <w:p w:rsidR="00A42AF5" w:rsidRPr="009A443D" w:rsidRDefault="004F6FE9" w:rsidP="009A443D">
      <w:pPr>
        <w:keepNext/>
        <w:spacing w:after="0" w:line="360" w:lineRule="auto"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„Inkubator Inicjatyw Społecznych”</w:t>
      </w:r>
    </w:p>
    <w:p w:rsidR="00A42AF5" w:rsidRPr="009A443D" w:rsidRDefault="004F6FE9" w:rsidP="009A443D">
      <w:pPr>
        <w:spacing w:after="0" w:line="360" w:lineRule="auto"/>
        <w:jc w:val="center"/>
        <w:rPr>
          <w:color w:val="auto"/>
        </w:rPr>
      </w:pPr>
      <w:r>
        <w:rPr>
          <w:color w:val="auto"/>
        </w:rPr>
        <w:t>w ramach projektu „Strefa dla mieszkańców - przebudowa części budynku B Strażnicy przy kinie Sokół”</w:t>
      </w:r>
    </w:p>
    <w:p w:rsidR="00A42AF5" w:rsidRPr="009A443D" w:rsidRDefault="004F6FE9" w:rsidP="009A443D">
      <w:pPr>
        <w:spacing w:after="0" w:line="360" w:lineRule="auto"/>
        <w:rPr>
          <w:color w:val="auto"/>
        </w:rPr>
      </w:pPr>
      <w:r>
        <w:rPr>
          <w:b/>
          <w:color w:val="auto"/>
        </w:rPr>
        <w:t>Znak sprawy: 1/TGS/UE/2026/P3 (Postępowanie nr 3)</w:t>
      </w:r>
    </w:p>
    <w:p w:rsidR="00A42AF5" w:rsidRPr="009A443D" w:rsidRDefault="009A443D" w:rsidP="009A443D">
      <w:pPr>
        <w:pStyle w:val="Nagwek1"/>
        <w:spacing w:before="120" w:line="360" w:lineRule="auto"/>
        <w:rPr>
          <w:smallCaps/>
          <w:color w:val="auto"/>
          <w:sz w:val="24"/>
          <w:szCs w:val="22"/>
        </w:rPr>
      </w:pPr>
      <w:r>
        <w:rPr>
          <w:smallCaps/>
          <w:color w:val="auto"/>
          <w:sz w:val="24"/>
          <w:szCs w:val="22"/>
        </w:rPr>
        <w:t>1. Dane wykonawcy</w:t>
      </w:r>
    </w:p>
    <w:tbl>
      <w:tblPr>
        <w:tblW w:w="10213" w:type="dxa"/>
        <w:jc w:val="center"/>
        <w:tblCellSpacing w:w="20" w:type="dxa"/>
        <w:tblBorders>
          <w:top w:val="outset" w:sz="6" w:space="0" w:color="CBD2DA"/>
          <w:left w:val="outset" w:sz="6" w:space="0" w:color="CBD2DA"/>
          <w:bottom w:val="outset" w:sz="6" w:space="0" w:color="CBD2DA"/>
          <w:right w:val="outset" w:sz="6" w:space="0" w:color="CBD2DA"/>
          <w:insideH w:val="outset" w:sz="6" w:space="0" w:color="CBD2DA"/>
          <w:insideV w:val="outset" w:sz="6" w:space="0" w:color="CBD2DA"/>
        </w:tblBorders>
        <w:tblLayout w:type="fixed"/>
        <w:tblCellMar>
          <w:top w:w="95" w:type="dxa"/>
          <w:left w:w="120" w:type="dxa"/>
          <w:bottom w:w="95" w:type="dxa"/>
          <w:right w:w="120" w:type="dxa"/>
        </w:tblCellMar>
        <w:tblLook w:val="04A0" w:firstRow="1" w:lastRow="0" w:firstColumn="1" w:lastColumn="0" w:noHBand="0" w:noVBand="1"/>
      </w:tblPr>
      <w:tblGrid>
        <w:gridCol w:w="3185"/>
        <w:gridCol w:w="7028"/>
      </w:tblGrid>
      <w:tr w:rsidR="009A443D" w:rsidRPr="009A443D" w:rsidTr="00176277">
        <w:trPr>
          <w:cantSplit/>
          <w:trHeight w:val="652"/>
          <w:tblCellSpacing w:w="20" w:type="dxa"/>
          <w:jc w:val="center"/>
        </w:trPr>
        <w:tc>
          <w:tcPr>
            <w:tcW w:w="3125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ED4859">
            <w:pPr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Pełna nazwa Wykonawcy</w:t>
            </w:r>
          </w:p>
        </w:tc>
        <w:tc>
          <w:tcPr>
            <w:tcW w:w="6968" w:type="dxa"/>
            <w:vAlign w:val="center"/>
          </w:tcPr>
          <w:p w:rsidR="00A42AF5" w:rsidRPr="009A443D" w:rsidRDefault="00A42AF5" w:rsidP="00ED4859">
            <w:pPr>
              <w:spacing w:after="0" w:line="240" w:lineRule="auto"/>
              <w:rPr>
                <w:color w:val="auto"/>
              </w:rPr>
            </w:pPr>
          </w:p>
        </w:tc>
      </w:tr>
      <w:tr w:rsidR="009A443D" w:rsidRPr="009A443D" w:rsidTr="00176277">
        <w:trPr>
          <w:cantSplit/>
          <w:trHeight w:val="652"/>
          <w:tblCellSpacing w:w="20" w:type="dxa"/>
          <w:jc w:val="center"/>
        </w:trPr>
        <w:tc>
          <w:tcPr>
            <w:tcW w:w="3125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ED4859">
            <w:pPr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Adres siedziby</w:t>
            </w:r>
          </w:p>
        </w:tc>
        <w:tc>
          <w:tcPr>
            <w:tcW w:w="6968" w:type="dxa"/>
            <w:vAlign w:val="center"/>
          </w:tcPr>
          <w:p w:rsidR="00A42AF5" w:rsidRPr="009A443D" w:rsidRDefault="00A42AF5" w:rsidP="00ED4859">
            <w:pPr>
              <w:spacing w:after="0" w:line="240" w:lineRule="auto"/>
              <w:rPr>
                <w:color w:val="auto"/>
              </w:rPr>
            </w:pPr>
          </w:p>
        </w:tc>
      </w:tr>
      <w:tr w:rsidR="009A443D" w:rsidRPr="009A443D" w:rsidTr="00176277">
        <w:trPr>
          <w:cantSplit/>
          <w:trHeight w:val="482"/>
          <w:tblCellSpacing w:w="20" w:type="dxa"/>
          <w:jc w:val="center"/>
        </w:trPr>
        <w:tc>
          <w:tcPr>
            <w:tcW w:w="3125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ED4859">
            <w:pPr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NIP / REGON</w:t>
            </w:r>
          </w:p>
        </w:tc>
        <w:tc>
          <w:tcPr>
            <w:tcW w:w="6968" w:type="dxa"/>
            <w:vAlign w:val="center"/>
          </w:tcPr>
          <w:p w:rsidR="00A42AF5" w:rsidRPr="009A443D" w:rsidRDefault="004F6FE9" w:rsidP="00ED4859">
            <w:pPr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NIP: ....................................   REGON: ....................................</w:t>
            </w:r>
          </w:p>
        </w:tc>
      </w:tr>
      <w:tr w:rsidR="009A443D" w:rsidRPr="009A443D" w:rsidTr="00176277">
        <w:trPr>
          <w:cantSplit/>
          <w:trHeight w:val="482"/>
          <w:tblCellSpacing w:w="20" w:type="dxa"/>
          <w:jc w:val="center"/>
        </w:trPr>
        <w:tc>
          <w:tcPr>
            <w:tcW w:w="3125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ED4859">
            <w:pPr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Osoba do kontaktu</w:t>
            </w:r>
          </w:p>
        </w:tc>
        <w:tc>
          <w:tcPr>
            <w:tcW w:w="6968" w:type="dxa"/>
            <w:vAlign w:val="center"/>
          </w:tcPr>
          <w:p w:rsidR="00A42AF5" w:rsidRPr="009A443D" w:rsidRDefault="00A42AF5" w:rsidP="00ED4859">
            <w:pPr>
              <w:spacing w:after="0" w:line="240" w:lineRule="auto"/>
              <w:rPr>
                <w:color w:val="auto"/>
              </w:rPr>
            </w:pPr>
          </w:p>
        </w:tc>
      </w:tr>
      <w:tr w:rsidR="009A443D" w:rsidRPr="009A443D" w:rsidTr="00176277">
        <w:trPr>
          <w:cantSplit/>
          <w:trHeight w:val="482"/>
          <w:tblCellSpacing w:w="20" w:type="dxa"/>
          <w:jc w:val="center"/>
        </w:trPr>
        <w:tc>
          <w:tcPr>
            <w:tcW w:w="3125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ED4859">
            <w:pPr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Telefon</w:t>
            </w:r>
          </w:p>
        </w:tc>
        <w:tc>
          <w:tcPr>
            <w:tcW w:w="6968" w:type="dxa"/>
            <w:vAlign w:val="center"/>
          </w:tcPr>
          <w:p w:rsidR="00A42AF5" w:rsidRPr="009A443D" w:rsidRDefault="00A42AF5" w:rsidP="00ED4859">
            <w:pPr>
              <w:spacing w:after="0" w:line="240" w:lineRule="auto"/>
              <w:rPr>
                <w:color w:val="auto"/>
              </w:rPr>
            </w:pPr>
            <w:bookmarkStart w:id="0" w:name="_GoBack"/>
            <w:bookmarkEnd w:id="0"/>
          </w:p>
        </w:tc>
      </w:tr>
      <w:tr w:rsidR="009A443D" w:rsidRPr="009A443D" w:rsidTr="00176277">
        <w:trPr>
          <w:cantSplit/>
          <w:trHeight w:val="482"/>
          <w:tblCellSpacing w:w="20" w:type="dxa"/>
          <w:jc w:val="center"/>
        </w:trPr>
        <w:tc>
          <w:tcPr>
            <w:tcW w:w="3125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ED4859">
            <w:pPr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Adres e-mail</w:t>
            </w:r>
          </w:p>
        </w:tc>
        <w:tc>
          <w:tcPr>
            <w:tcW w:w="6968" w:type="dxa"/>
            <w:vAlign w:val="center"/>
          </w:tcPr>
          <w:p w:rsidR="00A42AF5" w:rsidRPr="009A443D" w:rsidRDefault="00A42AF5" w:rsidP="00ED4859">
            <w:pPr>
              <w:spacing w:after="0" w:line="240" w:lineRule="auto"/>
              <w:rPr>
                <w:color w:val="auto"/>
              </w:rPr>
            </w:pPr>
          </w:p>
        </w:tc>
      </w:tr>
    </w:tbl>
    <w:p w:rsidR="00A42AF5" w:rsidRPr="009A443D" w:rsidRDefault="009A443D" w:rsidP="009A443D">
      <w:pPr>
        <w:pStyle w:val="Nagwek1"/>
        <w:spacing w:before="120" w:line="360" w:lineRule="auto"/>
        <w:rPr>
          <w:smallCaps/>
          <w:color w:val="auto"/>
          <w:sz w:val="24"/>
          <w:szCs w:val="22"/>
        </w:rPr>
      </w:pPr>
      <w:r>
        <w:rPr>
          <w:smallCaps/>
          <w:color w:val="auto"/>
          <w:sz w:val="24"/>
          <w:szCs w:val="22"/>
        </w:rPr>
        <w:t>2. Cena ofertowa</w:t>
      </w:r>
    </w:p>
    <w:p w:rsidR="00A42AF5" w:rsidRDefault="004F6FE9" w:rsidP="009A443D">
      <w:pPr>
        <w:spacing w:after="0" w:line="360" w:lineRule="auto"/>
        <w:rPr>
          <w:color w:val="auto"/>
        </w:rPr>
      </w:pPr>
      <w:r>
        <w:rPr>
          <w:color w:val="auto"/>
        </w:rPr>
        <w:t>Oferuję realizację całości zadania „Inkubator Inicjatyw Społecznych” zgodnie z zapytaniem ofertowym i OPZ za poniższą cenę, z podziałem na Część I oraz poszczególne pozycje Części II, zgodnie z zasadami kalkulacji określonymi w OPZ. Wiersz „RAZEM” zawiera łączną cenę za realizację całości zamówienia.</w:t>
      </w:r>
    </w:p>
    <w:tbl>
      <w:tblPr>
        <w:tblW w:w="10505" w:type="dxa"/>
        <w:jc w:val="center"/>
        <w:tblCellSpacing w:w="20" w:type="dxa"/>
        <w:tblBorders>
          <w:top w:val="outset" w:sz="6" w:space="0" w:color="CBD2DA"/>
          <w:left w:val="outset" w:sz="6" w:space="0" w:color="CBD2DA"/>
          <w:bottom w:val="outset" w:sz="6" w:space="0" w:color="CBD2DA"/>
          <w:right w:val="outset" w:sz="6" w:space="0" w:color="CBD2DA"/>
          <w:insideH w:val="outset" w:sz="6" w:space="0" w:color="CBD2DA"/>
          <w:insideV w:val="outset" w:sz="6" w:space="0" w:color="CBD2DA"/>
        </w:tblBorders>
        <w:tblLayout w:type="fixed"/>
        <w:tblCellMar>
          <w:top w:w="95" w:type="dxa"/>
          <w:left w:w="120" w:type="dxa"/>
          <w:bottom w:w="95" w:type="dxa"/>
          <w:right w:w="120" w:type="dxa"/>
        </w:tblCellMar>
        <w:tblLook w:val="04A0" w:firstRow="1" w:lastRow="0" w:firstColumn="1" w:lastColumn="0" w:noHBand="0" w:noVBand="1"/>
      </w:tblPr>
      <w:tblGrid>
        <w:gridCol w:w="4839"/>
        <w:gridCol w:w="1882"/>
        <w:gridCol w:w="1882"/>
        <w:gridCol w:w="1902"/>
      </w:tblGrid>
      <w:tr w:rsidR="009A443D" w:rsidRPr="009A443D" w:rsidTr="00176277">
        <w:trPr>
          <w:cantSplit/>
          <w:trHeight w:val="499"/>
          <w:tblHeader/>
          <w:tblCellSpacing w:w="20" w:type="dxa"/>
          <w:jc w:val="center"/>
        </w:trPr>
        <w:tc>
          <w:tcPr>
            <w:tcW w:w="4779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b/>
                <w:color w:val="auto"/>
              </w:rPr>
              <w:t>Przedmiot wyceny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b/>
                <w:color w:val="auto"/>
              </w:rPr>
              <w:t>Cena netto [zł]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b/>
                <w:color w:val="auto"/>
              </w:rPr>
              <w:t>VAT [zł]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b/>
                <w:color w:val="auto"/>
              </w:rPr>
              <w:t>Cena brutto [zł]</w:t>
            </w:r>
          </w:p>
        </w:tc>
      </w:tr>
      <w:tr w:rsidR="00176277" w:rsidRPr="009A443D" w:rsidTr="00176277">
        <w:trPr>
          <w:cantSplit/>
          <w:trHeight w:val="499"/>
          <w:tblCellSpacing w:w="20" w:type="dxa"/>
          <w:jc w:val="center"/>
        </w:trPr>
        <w:tc>
          <w:tcPr>
            <w:tcW w:w="4779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1. Część I – wsparcie realizacyjne inicjatyw społecznych (30 inicjatyw x do 2.000,00 zł brutto; maksymalna łączna pula 60.000,00 zł brutto)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</w:tr>
      <w:tr w:rsidR="00176277" w:rsidRPr="009A443D" w:rsidTr="00176277">
        <w:trPr>
          <w:cantSplit/>
          <w:trHeight w:val="499"/>
          <w:tblCellSpacing w:w="20" w:type="dxa"/>
          <w:jc w:val="center"/>
        </w:trPr>
        <w:tc>
          <w:tcPr>
            <w:tcW w:w="4779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2. Część II – Pakiet szkoleń kompetencyjnych (15 szkoleń x 8 godz. = 120 godz.)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</w:tr>
      <w:tr w:rsidR="00176277" w:rsidRPr="009A443D" w:rsidTr="00176277">
        <w:trPr>
          <w:cantSplit/>
          <w:trHeight w:val="499"/>
          <w:tblCellSpacing w:w="20" w:type="dxa"/>
          <w:jc w:val="center"/>
        </w:trPr>
        <w:tc>
          <w:tcPr>
            <w:tcW w:w="4779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3. Część II – Doradztwo merytoryczne i mentoring/tutoring (60 godz. zegarowych)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</w:tr>
      <w:tr w:rsidR="00176277" w:rsidRPr="009A443D" w:rsidTr="00176277">
        <w:trPr>
          <w:cantSplit/>
          <w:trHeight w:val="499"/>
          <w:tblCellSpacing w:w="20" w:type="dxa"/>
          <w:jc w:val="center"/>
        </w:trPr>
        <w:tc>
          <w:tcPr>
            <w:tcW w:w="4779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4. Część II – Wsparcie konsultacyjne, w tym prawne (60 godz. zegarowych)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176277" w:rsidRPr="009A443D" w:rsidRDefault="00176277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</w:tr>
      <w:tr w:rsidR="009A443D" w:rsidRPr="009A443D" w:rsidTr="00176277">
        <w:trPr>
          <w:cantSplit/>
          <w:trHeight w:val="499"/>
          <w:tblCellSpacing w:w="20" w:type="dxa"/>
          <w:jc w:val="center"/>
        </w:trPr>
        <w:tc>
          <w:tcPr>
            <w:tcW w:w="4779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5. Część II – Catering (180 jednostkowych usług cateringowych; 15 szkoleń x 12 uczestników)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</w:tr>
      <w:tr w:rsidR="009A443D" w:rsidRPr="009A443D" w:rsidTr="00176277">
        <w:trPr>
          <w:cantSplit/>
          <w:trHeight w:val="499"/>
          <w:tblCellSpacing w:w="20" w:type="dxa"/>
          <w:jc w:val="center"/>
        </w:trPr>
        <w:tc>
          <w:tcPr>
            <w:tcW w:w="4779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>6. Część II – Wydarzenie podsumowujące (1 wydarzenie)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</w:tr>
      <w:tr w:rsidR="009A443D" w:rsidRPr="009A443D" w:rsidTr="00176277">
        <w:trPr>
          <w:cantSplit/>
          <w:trHeight w:val="499"/>
          <w:tblCellSpacing w:w="20" w:type="dxa"/>
          <w:jc w:val="center"/>
        </w:trPr>
        <w:tc>
          <w:tcPr>
            <w:tcW w:w="4779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color w:val="auto"/>
              </w:rPr>
              <w:t>7. Część II – Rekrutacja (1 kompletny, dwuetapowy proces)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  <w:tc>
          <w:tcPr>
            <w:tcW w:w="1842" w:type="dxa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color w:val="auto"/>
              </w:rPr>
              <w:t>.........................</w:t>
            </w:r>
          </w:p>
        </w:tc>
      </w:tr>
      <w:tr w:rsidR="009A443D" w:rsidRPr="009A443D" w:rsidTr="00176277">
        <w:trPr>
          <w:cantSplit/>
          <w:trHeight w:val="499"/>
          <w:tblCellSpacing w:w="20" w:type="dxa"/>
          <w:jc w:val="center"/>
        </w:trPr>
        <w:tc>
          <w:tcPr>
            <w:tcW w:w="4779" w:type="dxa"/>
            <w:shd w:val="clear" w:color="auto" w:fill="F2F5F8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rPr>
                <w:color w:val="auto"/>
              </w:rPr>
            </w:pPr>
            <w:r>
              <w:rPr>
                <w:b/>
                <w:color w:val="auto"/>
              </w:rPr>
              <w:t>RAZEM – łączna cena za realizację całości zamówienia (poz. 1–7)</w:t>
            </w:r>
          </w:p>
        </w:tc>
        <w:tc>
          <w:tcPr>
            <w:tcW w:w="1842" w:type="dxa"/>
            <w:shd w:val="clear" w:color="auto" w:fill="F2F5F8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b/>
                <w:color w:val="auto"/>
              </w:rPr>
              <w:t>.........................</w:t>
            </w:r>
          </w:p>
        </w:tc>
        <w:tc>
          <w:tcPr>
            <w:tcW w:w="1842" w:type="dxa"/>
            <w:shd w:val="clear" w:color="auto" w:fill="F2F5F8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b/>
                <w:color w:val="auto"/>
              </w:rPr>
              <w:t>.........................</w:t>
            </w:r>
          </w:p>
        </w:tc>
        <w:tc>
          <w:tcPr>
            <w:tcW w:w="1842" w:type="dxa"/>
            <w:shd w:val="clear" w:color="auto" w:fill="F2F5F8"/>
            <w:vAlign w:val="center"/>
          </w:tcPr>
          <w:p w:rsidR="00A42AF5" w:rsidRPr="009A443D" w:rsidRDefault="004F6FE9" w:rsidP="00176277">
            <w:pPr>
              <w:keepLines/>
              <w:spacing w:after="0" w:line="240" w:lineRule="auto"/>
              <w:jc w:val="right"/>
              <w:rPr>
                <w:color w:val="auto"/>
              </w:rPr>
            </w:pPr>
            <w:r>
              <w:rPr>
                <w:b/>
                <w:color w:val="auto"/>
              </w:rPr>
              <w:t>.........................</w:t>
            </w:r>
          </w:p>
        </w:tc>
      </w:tr>
    </w:tbl>
    <w:p w:rsidR="00A42AF5" w:rsidRPr="009A443D" w:rsidRDefault="004F6FE9" w:rsidP="00176277">
      <w:pPr>
        <w:spacing w:before="240" w:after="0" w:line="360" w:lineRule="auto"/>
        <w:rPr>
          <w:color w:val="auto"/>
        </w:rPr>
      </w:pPr>
      <w:r>
        <w:rPr>
          <w:color w:val="auto"/>
        </w:rPr>
        <w:t>Stawka/stawki VAT lub oznaczenie zwolnienia: ...........................................................</w:t>
      </w:r>
    </w:p>
    <w:p w:rsidR="00A42AF5" w:rsidRPr="009A443D" w:rsidRDefault="004F6FE9" w:rsidP="009A443D">
      <w:pPr>
        <w:spacing w:after="0" w:line="360" w:lineRule="auto"/>
        <w:rPr>
          <w:color w:val="auto"/>
        </w:rPr>
      </w:pPr>
      <w:r>
        <w:rPr>
          <w:color w:val="auto"/>
        </w:rPr>
        <w:t>Łączna cena brutto (RAZEM) słownie: .......................................................................................................</w:t>
      </w:r>
      <w:r>
        <w:rPr>
          <w:color w:val="auto"/>
        </w:rPr>
        <w:br/>
        <w:t>..........................................................................................................................................</w:t>
      </w:r>
    </w:p>
    <w:p w:rsidR="00A42AF5" w:rsidRPr="009A443D" w:rsidRDefault="009A443D" w:rsidP="009A443D">
      <w:pPr>
        <w:pStyle w:val="Nagwek1"/>
        <w:spacing w:before="120" w:line="360" w:lineRule="auto"/>
        <w:rPr>
          <w:smallCaps/>
          <w:color w:val="auto"/>
          <w:sz w:val="24"/>
          <w:szCs w:val="22"/>
        </w:rPr>
      </w:pPr>
      <w:r>
        <w:rPr>
          <w:smallCaps/>
          <w:color w:val="auto"/>
          <w:sz w:val="24"/>
          <w:szCs w:val="22"/>
        </w:rPr>
        <w:t>3. Termin ważności oferty</w:t>
      </w:r>
    </w:p>
    <w:p w:rsidR="00A42AF5" w:rsidRPr="009A443D" w:rsidRDefault="004F6FE9" w:rsidP="009A443D">
      <w:pPr>
        <w:spacing w:after="0" w:line="360" w:lineRule="auto"/>
        <w:rPr>
          <w:color w:val="auto"/>
        </w:rPr>
      </w:pPr>
      <w:r>
        <w:rPr>
          <w:color w:val="auto"/>
        </w:rPr>
        <w:t>Oferta pozostaje ważna do dnia: ........................................... (włącznie).</w:t>
      </w:r>
    </w:p>
    <w:p w:rsidR="00A42AF5" w:rsidRPr="009A443D" w:rsidRDefault="009A443D" w:rsidP="009A443D">
      <w:pPr>
        <w:pStyle w:val="Nagwek1"/>
        <w:spacing w:before="120" w:line="360" w:lineRule="auto"/>
        <w:rPr>
          <w:smallCaps/>
          <w:color w:val="auto"/>
          <w:sz w:val="24"/>
          <w:szCs w:val="22"/>
        </w:rPr>
      </w:pPr>
      <w:r>
        <w:rPr>
          <w:smallCaps/>
          <w:color w:val="auto"/>
          <w:sz w:val="24"/>
          <w:szCs w:val="22"/>
        </w:rPr>
        <w:t>4. Oświadczenia wykonawcy</w:t>
      </w:r>
    </w:p>
    <w:p w:rsidR="00A42AF5" w:rsidRPr="009A443D" w:rsidRDefault="004F6FE9" w:rsidP="009A443D">
      <w:pPr>
        <w:keepLines/>
        <w:numPr>
          <w:ilvl w:val="0"/>
          <w:numId w:val="1"/>
        </w:numPr>
        <w:spacing w:after="0" w:line="360" w:lineRule="auto"/>
        <w:rPr>
          <w:color w:val="auto"/>
        </w:rPr>
      </w:pPr>
      <w:r>
        <w:rPr>
          <w:color w:val="auto"/>
        </w:rPr>
        <w:t>Oświadczam, że zapoznałem(-am) się z zapytaniem ofertowym i OPZ oraz z udostępnionymi przez Zamawiającego wyjaśnieniami i zmianami tych dokumentów, jeżeli zostały wydane. Akceptuję warunki realizacji zamówienia.</w:t>
      </w:r>
    </w:p>
    <w:p w:rsidR="00A42AF5" w:rsidRPr="009A443D" w:rsidRDefault="004F6FE9" w:rsidP="009A443D">
      <w:pPr>
        <w:keepLines/>
        <w:numPr>
          <w:ilvl w:val="0"/>
          <w:numId w:val="1"/>
        </w:numPr>
        <w:spacing w:after="0" w:line="360" w:lineRule="auto"/>
        <w:rPr>
          <w:color w:val="auto"/>
        </w:rPr>
      </w:pPr>
      <w:r>
        <w:rPr>
          <w:color w:val="auto"/>
        </w:rPr>
        <w:t>Oferuję wykonanie pełnego zakresu zamówienia, obejmującego rekrutację 12 uczestników i utworzenie listy rezerwowej, realizację 30 inicjatyw społecznych w ramach Części I zamówienia, a odrębnie – w ramach Części II – 15 szkoleń po 8 godzin każde (łącznie 120 godzin), 60 godzin doradztwa merytorycznego i mentoringu/tutoringu, 60 godzin wsparcia konsultacyjnego (w tym prawnego), 180 jednostkowych usług cateringowych dla uczestników szkoleń oraz 1 wydarzenie podsumowujące rezultaty działań Inkubatora i zrealizowanych inicjatyw. Zobowiązuję się do realizacji zadania zgodnie z harmonogramem określonym w dokumentacji: rekrutacja w 2026 r., realizacja inicjatyw i pozostałych form wsparcia w latach 2027–2028.</w:t>
      </w:r>
    </w:p>
    <w:p w:rsidR="00A42AF5" w:rsidRPr="009A443D" w:rsidRDefault="004F6FE9" w:rsidP="009A443D">
      <w:pPr>
        <w:keepLines/>
        <w:numPr>
          <w:ilvl w:val="0"/>
          <w:numId w:val="1"/>
        </w:numPr>
        <w:spacing w:after="0" w:line="360" w:lineRule="auto"/>
        <w:rPr>
          <w:color w:val="auto"/>
        </w:rPr>
      </w:pPr>
      <w:r>
        <w:rPr>
          <w:color w:val="auto"/>
        </w:rPr>
        <w:t>Oświadczam, że podana cena obejmuje wszystkie koszty niezbędne do należytego wykonania zamówienia, w tym koszty personelu, organizacji i obsługi działań, szkoleń i cateringu, doradztwa i konsultacji, wsparcia realizacyjnego inicjatyw, zakupu materiałów i usług, promocji, dokumentacji, transportu oraz pozostałych świadczeń wymaganych OPZ.</w:t>
      </w:r>
    </w:p>
    <w:p w:rsidR="00A42AF5" w:rsidRPr="009A443D" w:rsidRDefault="004F6FE9" w:rsidP="009A443D">
      <w:pPr>
        <w:keepLines/>
        <w:numPr>
          <w:ilvl w:val="0"/>
          <w:numId w:val="1"/>
        </w:numPr>
        <w:spacing w:after="0" w:line="360" w:lineRule="auto"/>
        <w:rPr>
          <w:color w:val="auto"/>
        </w:rPr>
      </w:pPr>
      <w:r>
        <w:rPr>
          <w:color w:val="auto"/>
        </w:rPr>
        <w:t>Przyjmuję, że wsparcie realizacyjne inicjatyw (Część I zamówienia) jest elementem usługi i nie stanowi dotacji, grantu ani przekazania środków pieniężnych uczestnikom. Zapewnię zakupy i płatności bezpośrednio na rzecz dostawców lub usługodawców, zgodnie z zatwierdzonym zakresem rzeczowym i kosztorysem oraz z limitem wsparcia realizacyjnego wynoszącym maksymalnie 2.000,00 zł brutto na jedną inicjatywę, tj. maksymalnie 60.000,00 zł brutto łącznie dla 30 inicjatyw. Przyjmuję, że wartości świadczeń Części II (m.in. szkoleń, doradztwa, mentoringu/tutoringu, konsultacji, cateringu, wydarzenia podsumowującego i rekrutacji) rozliczane są odrębnie i nie pomniejszają ani nie są finansowane z tego limitu, nawet jeżeli merytorycznie dotyczą danej inicjatywy.</w:t>
      </w:r>
    </w:p>
    <w:p w:rsidR="00A42AF5" w:rsidRPr="009A443D" w:rsidRDefault="004F6FE9" w:rsidP="009A443D">
      <w:pPr>
        <w:keepLines/>
        <w:numPr>
          <w:ilvl w:val="0"/>
          <w:numId w:val="1"/>
        </w:numPr>
        <w:spacing w:after="0" w:line="360" w:lineRule="auto"/>
        <w:rPr>
          <w:color w:val="auto"/>
        </w:rPr>
      </w:pPr>
      <w:r>
        <w:rPr>
          <w:color w:val="auto"/>
        </w:rPr>
        <w:lastRenderedPageBreak/>
        <w:t>Zobowiązuję się prowadzić ewidencję materiałów i wyposażenia zakupionych w ramach realizacji inicjatyw. Po zakończeniu projektu przekażę TG Sokół – partnerowi projektu – materiały i wyposażenie, które nie zostały zużyte i nadają się do dalszego wykorzystania, na podstawie protokołu zdawczo-odbiorczego lub innego dokumentu zaakceptowanego przez Zamawiającego.</w:t>
      </w:r>
    </w:p>
    <w:p w:rsidR="00A42AF5" w:rsidRPr="009A443D" w:rsidRDefault="004F6FE9" w:rsidP="009A443D">
      <w:pPr>
        <w:keepLines/>
        <w:numPr>
          <w:ilvl w:val="0"/>
          <w:numId w:val="1"/>
        </w:numPr>
        <w:spacing w:after="0" w:line="360" w:lineRule="auto"/>
        <w:rPr>
          <w:color w:val="auto"/>
        </w:rPr>
      </w:pPr>
      <w:r>
        <w:rPr>
          <w:color w:val="auto"/>
        </w:rPr>
        <w:t>Zobowiązuję się zapewnić bezpłatny udział uczestników, dostępność działań, wymagane zaplecze i bezpieczeństwo realizacji, ochronę małoletnich i danych osobowych oraz oznakowanie zgodne z zasadami informacji i promocji Funduszy Europejskich. Będę prowadzić i przekazywać dokumentację realizacji i odbioru zgodnie z zapytaniem i OPZ.</w:t>
      </w:r>
    </w:p>
    <w:p w:rsidR="00A42AF5" w:rsidRPr="009A443D" w:rsidRDefault="009A443D" w:rsidP="009A443D">
      <w:pPr>
        <w:pStyle w:val="Nagwek1"/>
        <w:spacing w:before="120" w:line="360" w:lineRule="auto"/>
        <w:rPr>
          <w:smallCaps/>
          <w:color w:val="auto"/>
          <w:sz w:val="24"/>
          <w:szCs w:val="22"/>
        </w:rPr>
      </w:pPr>
      <w:r>
        <w:rPr>
          <w:smallCaps/>
          <w:color w:val="auto"/>
          <w:sz w:val="24"/>
          <w:szCs w:val="22"/>
        </w:rPr>
        <w:t>5. Załączniki do oferty</w:t>
      </w:r>
    </w:p>
    <w:p w:rsidR="00A42AF5" w:rsidRPr="009A443D" w:rsidRDefault="004F6FE9" w:rsidP="009A443D">
      <w:pPr>
        <w:spacing w:after="0" w:line="360" w:lineRule="auto"/>
        <w:rPr>
          <w:color w:val="auto"/>
        </w:rPr>
      </w:pPr>
      <w:r>
        <w:rPr>
          <w:color w:val="auto"/>
        </w:rPr>
        <w:t>Wymienić dołączone dokumenty; w razie braku wpisać „nie dotyczy”.</w:t>
      </w:r>
    </w:p>
    <w:p w:rsidR="00A42AF5" w:rsidRPr="009A443D" w:rsidRDefault="004F6FE9" w:rsidP="009A443D">
      <w:pPr>
        <w:spacing w:after="0" w:line="360" w:lineRule="auto"/>
        <w:rPr>
          <w:color w:val="auto"/>
        </w:rPr>
      </w:pPr>
      <w:r>
        <w:rPr>
          <w:color w:val="auto"/>
        </w:rPr>
        <w:t>1. ......................................................................................................................................</w:t>
      </w:r>
      <w:r>
        <w:rPr>
          <w:color w:val="auto"/>
        </w:rPr>
        <w:br/>
        <w:t>2. ......................................................................................................................................</w:t>
      </w:r>
    </w:p>
    <w:p w:rsidR="00A42AF5" w:rsidRPr="009A443D" w:rsidRDefault="009A443D" w:rsidP="009A443D">
      <w:pPr>
        <w:pStyle w:val="Nagwek1"/>
        <w:spacing w:before="120" w:line="360" w:lineRule="auto"/>
        <w:rPr>
          <w:smallCaps/>
          <w:color w:val="auto"/>
          <w:sz w:val="24"/>
          <w:szCs w:val="22"/>
        </w:rPr>
      </w:pPr>
      <w:r>
        <w:rPr>
          <w:smallCaps/>
          <w:color w:val="auto"/>
          <w:sz w:val="24"/>
          <w:szCs w:val="22"/>
        </w:rPr>
        <w:t>6. Podpis wykonawcy</w:t>
      </w:r>
    </w:p>
    <w:tbl>
      <w:tblPr>
        <w:tblW w:w="9638" w:type="dxa"/>
        <w:jc w:val="center"/>
        <w:tblLayout w:type="fixed"/>
        <w:tblCellMar>
          <w:top w:w="95" w:type="dxa"/>
          <w:left w:w="120" w:type="dxa"/>
          <w:bottom w:w="95" w:type="dxa"/>
          <w:right w:w="120" w:type="dxa"/>
        </w:tblCellMar>
        <w:tblLook w:val="04A0" w:firstRow="1" w:lastRow="0" w:firstColumn="1" w:lastColumn="0" w:noHBand="0" w:noVBand="1"/>
      </w:tblPr>
      <w:tblGrid>
        <w:gridCol w:w="3515"/>
        <w:gridCol w:w="6123"/>
      </w:tblGrid>
      <w:tr w:rsidR="009A443D" w:rsidRPr="009A443D">
        <w:trPr>
          <w:cantSplit/>
          <w:trHeight w:val="539"/>
          <w:jc w:val="center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AF5" w:rsidRPr="009A443D" w:rsidRDefault="004F6FE9">
            <w:pPr>
              <w:keepLines/>
              <w:spacing w:after="0" w:line="250" w:lineRule="auto"/>
              <w:jc w:val="center"/>
              <w:rPr>
                <w:color w:val="auto"/>
              </w:rPr>
            </w:pPr>
            <w:r>
              <w:rPr>
                <w:color w:val="auto"/>
                <w:sz w:val="19"/>
              </w:rPr>
              <w:t>................................................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2AF5" w:rsidRPr="009A443D" w:rsidRDefault="004F6FE9">
            <w:pPr>
              <w:keepLines/>
              <w:spacing w:after="0" w:line="250" w:lineRule="auto"/>
              <w:jc w:val="center"/>
              <w:rPr>
                <w:color w:val="auto"/>
              </w:rPr>
            </w:pPr>
            <w:r>
              <w:rPr>
                <w:color w:val="auto"/>
                <w:sz w:val="19"/>
              </w:rPr>
              <w:t>..................................................................................</w:t>
            </w:r>
          </w:p>
        </w:tc>
      </w:tr>
      <w:tr w:rsidR="009A443D" w:rsidRPr="009A443D">
        <w:trPr>
          <w:cantSplit/>
          <w:trHeight w:val="369"/>
          <w:jc w:val="center"/>
        </w:trPr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A42AF5" w:rsidRPr="009A443D" w:rsidRDefault="004F6FE9">
            <w:pPr>
              <w:keepLines/>
              <w:spacing w:after="0" w:line="250" w:lineRule="auto"/>
              <w:jc w:val="center"/>
              <w:rPr>
                <w:color w:val="auto"/>
              </w:rPr>
            </w:pPr>
            <w:r>
              <w:rPr>
                <w:color w:val="auto"/>
                <w:sz w:val="19"/>
              </w:rPr>
              <w:t>Miejscowość i data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A42AF5" w:rsidRPr="009A443D" w:rsidRDefault="004F6FE9">
            <w:pPr>
              <w:keepLines/>
              <w:spacing w:after="0" w:line="250" w:lineRule="auto"/>
              <w:jc w:val="center"/>
              <w:rPr>
                <w:color w:val="auto"/>
              </w:rPr>
            </w:pPr>
            <w:r>
              <w:rPr>
                <w:color w:val="auto"/>
                <w:sz w:val="19"/>
              </w:rPr>
              <w:t>Imię, nazwisko i podpis osoby/osób uprawnionych</w:t>
            </w:r>
            <w:r>
              <w:rPr>
                <w:color w:val="auto"/>
                <w:sz w:val="19"/>
              </w:rPr>
              <w:br/>
              <w:t>do reprezentowania Wykonawcy</w:t>
            </w:r>
          </w:p>
        </w:tc>
      </w:tr>
    </w:tbl>
    <w:p w:rsidR="004F6FE9" w:rsidRPr="009A443D" w:rsidRDefault="004F6FE9">
      <w:pPr>
        <w:rPr>
          <w:color w:val="auto"/>
        </w:rPr>
      </w:pPr>
    </w:p>
    <w:sectPr w:rsidR="004F6FE9" w:rsidRPr="009A443D" w:rsidSect="00ED4859">
      <w:footerReference w:type="default" r:id="rId8"/>
      <w:pgSz w:w="11906" w:h="16838"/>
      <w:pgMar w:top="567" w:right="567" w:bottom="567" w:left="567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606" w:rsidRDefault="008B3606">
      <w:pPr>
        <w:spacing w:after="0" w:line="240" w:lineRule="auto"/>
      </w:pPr>
      <w:r>
        <w:separator/>
      </w:r>
    </w:p>
  </w:endnote>
  <w:endnote w:type="continuationSeparator" w:id="0">
    <w:p w:rsidR="008B3606" w:rsidRDefault="008B3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AF5" w:rsidRPr="00ED4859" w:rsidRDefault="00ED4859" w:rsidP="00ED4859">
    <w:pPr>
      <w:pStyle w:val="Stopka"/>
    </w:pPr>
    <w:r>
      <w:rPr>
        <w:noProof/>
        <w:lang w:eastAsia="pl-PL"/>
      </w:rPr>
      <w:drawing>
        <wp:inline distT="0" distB="0" distL="0" distR="0" wp14:anchorId="6D38E2A3" wp14:editId="3A5B795E">
          <wp:extent cx="5760720" cy="567408"/>
          <wp:effectExtent l="0" t="0" r="0" b="4445"/>
          <wp:docPr id="16" name="Image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o="urn:schemas-microsoft-com:office:office" xmlns:v="urn:schemas-microsoft-com:vml" xmlns:w10="urn:schemas-microsoft-com:office:word" xmlns:asvg="http://schemas.microsoft.com/office/drawing/2016/SVG/main" xmlns:w="http://schemas.openxmlformats.org/wordprocessingml/2006/main" xmlns="" r:embed="rId2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7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606" w:rsidRDefault="008B3606">
      <w:pPr>
        <w:spacing w:after="0" w:line="240" w:lineRule="auto"/>
      </w:pPr>
      <w:r>
        <w:separator/>
      </w:r>
    </w:p>
  </w:footnote>
  <w:footnote w:type="continuationSeparator" w:id="0">
    <w:p w:rsidR="008B3606" w:rsidRDefault="008B3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36F295B"/>
    <w:multiLevelType w:val="singleLevel"/>
    <w:tmpl w:val="93F0E9FC"/>
    <w:lvl w:ilvl="0">
      <w:start w:val="1"/>
      <w:numFmt w:val="decimal"/>
      <w:pStyle w:val="Listapunktowana"/>
      <w:lvlText w:val="%1."/>
      <w:lvlJc w:val="left"/>
      <w:pPr>
        <w:ind w:left="310" w:hanging="310"/>
      </w:p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6277"/>
    <w:rsid w:val="0029639D"/>
    <w:rsid w:val="00326F90"/>
    <w:rsid w:val="004B15EF"/>
    <w:rsid w:val="004F6FE9"/>
    <w:rsid w:val="008B3606"/>
    <w:rsid w:val="009A443D"/>
    <w:rsid w:val="00A42AF5"/>
    <w:rsid w:val="00AA1D8D"/>
    <w:rsid w:val="00B47730"/>
    <w:rsid w:val="00CB0664"/>
    <w:rsid w:val="00DB0E08"/>
    <w:rsid w:val="00E33E3E"/>
    <w:rsid w:val="00ED48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338B4E6-BB79-401E-965A-A0CF3DFF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4" w:lineRule="auto"/>
    </w:pPr>
    <w:rPr>
      <w:rFonts w:ascii="Arial" w:eastAsia="Arial" w:hAnsi="Arial" w:cs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after="120"/>
      <w:outlineLvl w:val="0"/>
    </w:pPr>
    <w:rPr>
      <w:b/>
      <w:bCs/>
      <w:color w:val="365F91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20" w:after="120"/>
      <w:outlineLvl w:val="1"/>
    </w:pPr>
    <w:rPr>
      <w:b/>
      <w:bCs/>
      <w:color w:val="365F9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rial" w:eastAsia="Arial" w:hAnsi="Arial" w:cs="Aria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rial" w:eastAsia="Arial" w:hAnsi="Arial" w:cs="Arial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rial" w:eastAsia="Arial" w:hAnsi="Arial" w:cs="Arial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rial" w:eastAsia="Arial" w:hAnsi="Arial" w:cs="Arial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rial" w:eastAsia="Arial" w:hAnsi="Arial" w:cs="Arial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rial" w:eastAsia="Arial" w:hAnsi="Arial" w:cs="Arial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rial" w:eastAsia="Arial" w:hAnsi="Arial" w:cs="Aria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rial" w:eastAsia="Arial" w:hAnsi="Arial" w:cs="Aria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rial" w:eastAsia="Arial" w:hAnsi="Arial" w:cs="Arial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rFonts w:ascii="Arial" w:eastAsia="Arial" w:hAnsi="Arial" w:cs="Arial"/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rial" w:eastAsia="Arial" w:hAnsi="Arial" w:cs="Arial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1" Type="http://schemas.openxmlformats.org/officeDocument/2006/relationships/image" Target="media/image20.sv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8A721C0-06AF-47D8-B822-805547F0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850</Words>
  <Characters>5102</Characters>
  <Application>Microsoft Office Word</Application>
  <DocSecurity>0</DocSecurity>
  <Lines>42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ofertowy - Inkubator Inicjatyw Społecznych</vt:lpstr>
      <vt:lpstr/>
    </vt:vector>
  </TitlesOfParts>
  <Manager/>
  <Company/>
  <LinksUpToDate>false</LinksUpToDate>
  <CharactersWithSpaces>5941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- Inkubator Inicjatyw Społecznych</dc:title>
  <dc:subject>Załącznik nr 2 do Zapytania ofertowego</dc:subject>
  <dc:creator>Fujitsu</dc:creator>
  <cp:keywords/>
  <dc:description/>
  <cp:lastModifiedBy>Fujitsu</cp:lastModifiedBy>
  <cp:revision>4</cp:revision>
  <dcterms:created xsi:type="dcterms:W3CDTF">2026-09-18T08:58:00Z</dcterms:created>
  <dcterms:modified xsi:type="dcterms:W3CDTF">2026-09-18T09:12:00Z</dcterms:modified>
  <cp:category/>
</cp:coreProperties>
</file>